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3D2E"/>
        </w:rPr>
        <w:t>Late Payment Reminder Letters</w:t>
      </w:r>
    </w:p>
    <w:p>
      <w:r>
        <w:rPr>
          <w:i/>
        </w:rPr>
        <w:t>Three ready-to-send letters for school fee reminders. Edit the [fields], print or email, and send on the schedule in your fee policy.</w:t>
      </w:r>
    </w:p>
    <w:p>
      <w:r>
        <w:rPr>
          <w:i/>
          <w:color w:val="1F6FB4"/>
          <w:sz w:val="20"/>
        </w:rPr>
        <w:t>Replace every field in square brackets with your school's details, then delete this note.</w:t>
      </w:r>
    </w:p>
    <w:p>
      <w:pPr>
        <w:pStyle w:val="Heading1"/>
      </w:pPr>
      <w:r>
        <w:rPr>
          <w:color w:val="0B3D2E"/>
        </w:rPr>
        <w:t>How to use these letters</w:t>
      </w:r>
    </w:p>
    <w:p>
      <w:r>
        <w:t>Send the first letter around the due date, the second about a week later if nothing has arrived, and the third only if an arrangement still has not been made. Every letter ends with an invitation to arrange a plan - the goal is payment, not punishment.</w:t>
      </w:r>
    </w:p>
    <w:p>
      <w:pPr>
        <w:pStyle w:val="ListBullet"/>
      </w:pPr>
      <w:r>
        <w:t>Name the exact amount and the exact date in every letter. Vague letters get vague responses.</w:t>
      </w:r>
    </w:p>
    <w:p>
      <w:pPr>
        <w:pStyle w:val="ListBullet"/>
      </w:pPr>
      <w:r>
        <w:t>Keep a copy of each letter on the family's account file.</w:t>
      </w:r>
    </w:p>
    <w:p>
      <w:pPr>
        <w:pStyle w:val="ListBullet"/>
      </w:pPr>
      <w:r>
        <w:t>Follow the escalation schedule your fee collection policy promises, and follow through every time.</w:t>
      </w:r>
    </w:p>
    <w:p>
      <w:r>
        <w:br w:type="page"/>
      </w:r>
    </w:p>
    <w:p>
      <w:pPr>
        <w:pStyle w:val="Heading1"/>
      </w:pPr>
      <w:r>
        <w:rPr>
          <w:color w:val="0B3D2E"/>
        </w:rPr>
        <w:t>Letter 1 - Friendly check-in</w:t>
      </w:r>
    </w:p>
    <w:p/>
    <w:p>
      <w:r>
        <w:t>[School letterhead and date]</w:t>
      </w:r>
    </w:p>
    <w:p/>
    <w:p>
      <w:r>
        <w:t>To the parent or guardian of [Learner name],</w:t>
      </w:r>
    </w:p>
    <w:p>
      <w:r>
        <w:t>Student number: [Student number]</w:t>
      </w:r>
    </w:p>
    <w:p/>
    <w:p>
      <w:r>
        <w:t>Subject: A small reminder about your school fees for [Month/year]</w:t>
      </w:r>
    </w:p>
    <w:p/>
    <w:p>
      <w:r>
        <w:t>Dear [Parent names],</w:t>
      </w:r>
    </w:p>
    <w:p>
      <w:r>
        <w:t>We just wanted to let you know that the school fees for [Month/year] do not appear to have been received yet. The balance on your account is currently [R amount].</w:t>
      </w:r>
    </w:p>
    <w:p>
      <w:r>
        <w:t>This may simply be an oversight, or a payment that is still on its way. If you have already paid, please accept our thanks and ignore this note.</w:t>
      </w:r>
    </w:p>
    <w:p>
      <w:r>
        <w:t>If there is a reason the payment has not gone through, or if you would like to arrange a payment plan, please call us on [School phone] or email [Finance email]. We would rather sort it out together than let it build up.</w:t>
      </w:r>
    </w:p>
    <w:p>
      <w:r>
        <w:t>Yours sincerely,</w:t>
      </w:r>
    </w:p>
    <w:p/>
    <w:p>
      <w:r>
        <w:t>[Finance office name]</w:t>
      </w:r>
    </w:p>
    <w:p>
      <w:r>
        <w:t>[School name]</w:t>
      </w:r>
    </w:p>
    <w:p>
      <w:r>
        <w:br w:type="page"/>
      </w:r>
    </w:p>
    <w:p>
      <w:pPr>
        <w:pStyle w:val="Heading1"/>
      </w:pPr>
      <w:r>
        <w:rPr>
          <w:color w:val="0B3D2E"/>
        </w:rPr>
        <w:t>Letter 2 - Follow-up</w:t>
      </w:r>
    </w:p>
    <w:p/>
    <w:p>
      <w:r>
        <w:t>[School letterhead and date]</w:t>
      </w:r>
    </w:p>
    <w:p/>
    <w:p>
      <w:r>
        <w:t>To the parent or guardian of [Learner name],</w:t>
      </w:r>
    </w:p>
    <w:p>
      <w:r>
        <w:t>Student number: [Student number]</w:t>
      </w:r>
    </w:p>
    <w:p/>
    <w:p>
      <w:r>
        <w:t>Subject: Follow-up on outstanding school fees - [R amount] now overdue</w:t>
      </w:r>
    </w:p>
    <w:p/>
    <w:p>
      <w:r>
        <w:t>Dear [Parent names],</w:t>
      </w:r>
    </w:p>
    <w:p>
      <w:r>
        <w:t>We wrote to you recently about the fees for [Month/year]. As at today, the amount of [R amount] is still outstanding on your account, and it is now [X days/weeks] overdue.</w:t>
      </w:r>
    </w:p>
    <w:p>
      <w:r>
        <w:t>Could you please arrange payment by [Date, e.g. 5 working days from now]? You can pay via [payment methods].</w:t>
      </w:r>
    </w:p>
    <w:p>
      <w:r>
        <w:t>If this will be a problem, please contact us before that date so we can agree on a plan. Our policy allows [instalment arrangements] and we would rather agree something now than escalate further.</w:t>
      </w:r>
    </w:p>
    <w:p>
      <w:r>
        <w:t>Yours sincerely,</w:t>
      </w:r>
    </w:p>
    <w:p/>
    <w:p>
      <w:r>
        <w:t>[Finance office name]</w:t>
      </w:r>
    </w:p>
    <w:p>
      <w:r>
        <w:t>[School name]</w:t>
      </w:r>
    </w:p>
    <w:p>
      <w:r>
        <w:br w:type="page"/>
      </w:r>
    </w:p>
    <w:p>
      <w:pPr>
        <w:pStyle w:val="Heading1"/>
      </w:pPr>
      <w:r>
        <w:rPr>
          <w:color w:val="0B3D2E"/>
        </w:rPr>
        <w:t>Letter 3 - Final notice</w:t>
      </w:r>
    </w:p>
    <w:p/>
    <w:p>
      <w:r>
        <w:t>[School letterhead and date]</w:t>
      </w:r>
    </w:p>
    <w:p/>
    <w:p>
      <w:r>
        <w:t>To the parent or guardian of [Learner name],</w:t>
      </w:r>
    </w:p>
    <w:p>
      <w:r>
        <w:t>Student number: [Student number]</w:t>
      </w:r>
    </w:p>
    <w:p/>
    <w:p>
      <w:r>
        <w:t>Subject: Final notice - outstanding school fees of [R amount]</w:t>
      </w:r>
    </w:p>
    <w:p/>
    <w:p>
      <w:r>
        <w:t>Dear [Parent names],</w:t>
      </w:r>
    </w:p>
    <w:p>
      <w:r>
        <w:t>We have now written to you twice about the outstanding amount of [R amount] for [Month/year]. Despite those reminders and no payment or arrangement having been made, the amount remains due.</w:t>
      </w:r>
    </w:p>
    <w:p>
      <w:r>
        <w:t>In line with our school fee collection policy, the account will now be subject to the following: [state consequences, e.g. late-payment interest at X% per month, restriction of access to [reports/extracurricular activities], and the matter may be referred for further action].</w:t>
      </w:r>
    </w:p>
    <w:p>
      <w:r>
        <w:t>To stop this process, please make payment by [Date] or contact us by [Date] to agree a payment plan. We would far rather settle this amicably.</w:t>
      </w:r>
    </w:p>
    <w:p/>
    <w:p>
      <w:r>
        <w:t>Yours sincerely,</w:t>
      </w:r>
    </w:p>
    <w:p/>
    <w:p>
      <w:r>
        <w:t>[Finance office name]</w:t>
      </w:r>
    </w:p>
    <w:p>
      <w:r>
        <w:t>[School name]</w:t>
      </w:r>
    </w:p>
    <w:p>
      <w:pPr>
        <w:pStyle w:val="Heading1"/>
      </w:pPr>
      <w:r>
        <w:rPr>
          <w:color w:val="0B3D2E"/>
        </w:rPr>
        <w:t>Checklist before you send</w:t>
      </w:r>
    </w:p>
    <w:p>
      <w:pPr>
        <w:pStyle w:val="ListBullet"/>
      </w:pPr>
      <w:r>
        <w:t>Amount and due date filled in correctly on the account.</w:t>
      </w:r>
    </w:p>
    <w:p>
      <w:pPr>
        <w:pStyle w:val="ListBullet"/>
      </w:pPr>
      <w:r>
        <w:t>Copy saved on the family's account file.</w:t>
      </w:r>
    </w:p>
    <w:p>
      <w:pPr>
        <w:pStyle w:val="ListBullet"/>
      </w:pPr>
      <w:r>
        <w:t>Next step and date scheduled in your calendar so the follow-up is never missed.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A22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